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A4737" w14:textId="77777777" w:rsidR="00D33718" w:rsidRDefault="00000000">
      <w:pPr>
        <w:spacing w:after="160"/>
        <w:jc w:val="center"/>
      </w:pPr>
      <w:r>
        <w:rPr>
          <w:rFonts w:ascii="Georgia" w:hAnsi="Georgia"/>
          <w:b/>
          <w:sz w:val="46"/>
        </w:rPr>
        <w:t>Little Tiger Cheer Camp</w:t>
      </w:r>
    </w:p>
    <w:p w14:paraId="547AE61E" w14:textId="77777777" w:rsidR="00D33718" w:rsidRDefault="00000000">
      <w:pPr>
        <w:spacing w:after="60"/>
      </w:pPr>
      <w:r>
        <w:rPr>
          <w:b/>
          <w:sz w:val="22"/>
        </w:rPr>
        <w:t>📣 Little Tiger Cheer Camp – Join the Fun! 🐾</w:t>
      </w:r>
    </w:p>
    <w:p w14:paraId="09DADE46" w14:textId="77777777" w:rsidR="00D33718" w:rsidRDefault="00000000">
      <w:pPr>
        <w:spacing w:after="120"/>
      </w:pPr>
      <w:r>
        <w:t>The West Liberty-Salem High School Cheer Team is excited to host the Little Tiger Cheer Camp for students in grades K–5! This is a fantastic opportunity for your child to learn cheer motions, jumps, chants, and a fun dance while having a blast!</w:t>
      </w:r>
    </w:p>
    <w:p w14:paraId="2C8DE0F3" w14:textId="77777777" w:rsidR="00D33718" w:rsidRDefault="00000000">
      <w:pPr>
        <w:spacing w:before="40" w:after="60"/>
      </w:pPr>
      <w:r>
        <w:rPr>
          <w:b/>
          <w:sz w:val="22"/>
        </w:rPr>
        <w:t>Camp Dates &amp; Details</w:t>
      </w:r>
    </w:p>
    <w:p w14:paraId="59FB829F" w14:textId="096E56A2" w:rsidR="00D33718" w:rsidRDefault="0058348E">
      <w:pPr>
        <w:pStyle w:val="ListBullet"/>
        <w:spacing w:after="40"/>
        <w:ind w:left="504" w:hanging="216"/>
      </w:pPr>
      <w:r>
        <w:t>Tuesday, September 15</w:t>
      </w:r>
      <w:r w:rsidR="00000000">
        <w:t xml:space="preserve"> | 3:00–4:30 PM</w:t>
      </w:r>
    </w:p>
    <w:p w14:paraId="20CEFE62" w14:textId="1E8F63A6" w:rsidR="00D33718" w:rsidRDefault="0058348E">
      <w:pPr>
        <w:pStyle w:val="ListBullet"/>
        <w:spacing w:after="40"/>
        <w:ind w:left="504" w:hanging="216"/>
      </w:pPr>
      <w:r>
        <w:t>Wednesday, September 16</w:t>
      </w:r>
      <w:r w:rsidR="00000000">
        <w:t xml:space="preserve"> | 3:00–4:30 PM</w:t>
      </w:r>
    </w:p>
    <w:p w14:paraId="4001A94D" w14:textId="5A203953" w:rsidR="00D33718" w:rsidRDefault="00000000">
      <w:pPr>
        <w:pStyle w:val="ListBullet"/>
        <w:spacing w:after="100"/>
        <w:ind w:left="504" w:hanging="216"/>
      </w:pPr>
      <w:r>
        <w:rPr>
          <w:b/>
        </w:rPr>
        <w:t xml:space="preserve">Performance: Friday, </w:t>
      </w:r>
      <w:r w:rsidR="0058348E">
        <w:rPr>
          <w:b/>
        </w:rPr>
        <w:t>September 18</w:t>
      </w:r>
      <w:r>
        <w:rPr>
          <w:b/>
        </w:rPr>
        <w:t xml:space="preserve"> during the 2nd quarter of the Varsity Football Game!</w:t>
      </w:r>
      <w:r>
        <w:br/>
        <w:t>(Students will showcase their new skills. Parents/guardians must sign out their Little Tiger after the performance.)</w:t>
      </w:r>
    </w:p>
    <w:p w14:paraId="1AC8D58D" w14:textId="77777777" w:rsidR="00D33718" w:rsidRDefault="00000000">
      <w:pPr>
        <w:spacing w:before="40" w:after="60"/>
      </w:pPr>
      <w:r>
        <w:rPr>
          <w:b/>
          <w:sz w:val="22"/>
        </w:rPr>
        <w:t>Important Information</w:t>
      </w:r>
    </w:p>
    <w:p w14:paraId="25B54F40" w14:textId="77777777" w:rsidR="00D33718" w:rsidRDefault="00000000">
      <w:pPr>
        <w:pStyle w:val="ListBullet"/>
        <w:spacing w:after="40"/>
        <w:ind w:left="504" w:hanging="216"/>
      </w:pPr>
      <w:r>
        <w:t>Pick-Up: Students should be picked up in the high school gym at the end of each camp day. A parent/guardian must sign them out with their group leader.</w:t>
      </w:r>
    </w:p>
    <w:p w14:paraId="37AE199A" w14:textId="3DA48B59" w:rsidR="00D33718" w:rsidRDefault="00000000">
      <w:pPr>
        <w:pStyle w:val="ListBullet"/>
        <w:spacing w:after="40"/>
        <w:ind w:left="504" w:hanging="216"/>
      </w:pPr>
      <w:r>
        <w:t>Fee: $2</w:t>
      </w:r>
      <w:r w:rsidR="0058348E">
        <w:t>5</w:t>
      </w:r>
      <w:r>
        <w:t xml:space="preserve"> (includes a camp T-shirt </w:t>
      </w:r>
      <w:r w:rsidR="00BC5745">
        <w:t xml:space="preserve">and bow </w:t>
      </w:r>
      <w:r>
        <w:t>to wear during the performance).</w:t>
      </w:r>
    </w:p>
    <w:p w14:paraId="2D18EA22" w14:textId="34EF10D8" w:rsidR="00D33718" w:rsidRDefault="00000000">
      <w:pPr>
        <w:pStyle w:val="ListBullet"/>
        <w:spacing w:after="40"/>
        <w:ind w:left="504" w:hanging="216"/>
      </w:pPr>
      <w:r>
        <w:t xml:space="preserve">Registration Deadline: </w:t>
      </w:r>
      <w:r w:rsidR="00BC5745">
        <w:rPr>
          <w:b/>
          <w:bCs/>
        </w:rPr>
        <w:t>Friday</w:t>
      </w:r>
      <w:r w:rsidRPr="0058348E">
        <w:rPr>
          <w:b/>
          <w:bCs/>
        </w:rPr>
        <w:t xml:space="preserve">, </w:t>
      </w:r>
      <w:r w:rsidR="0058348E" w:rsidRPr="0058348E">
        <w:rPr>
          <w:b/>
          <w:bCs/>
        </w:rPr>
        <w:t>September 11th</w:t>
      </w:r>
      <w:r w:rsidRPr="0058348E">
        <w:rPr>
          <w:b/>
          <w:bCs/>
        </w:rPr>
        <w:t>.</w:t>
      </w:r>
    </w:p>
    <w:p w14:paraId="2FDAF53E" w14:textId="33B3C0BD" w:rsidR="00D33718" w:rsidRDefault="00000000">
      <w:pPr>
        <w:pStyle w:val="ListBullet"/>
        <w:spacing w:after="40"/>
        <w:ind w:left="504" w:hanging="216"/>
      </w:pPr>
      <w:r>
        <w:t>Payment: Please return the completed registration form and $2</w:t>
      </w:r>
      <w:r w:rsidR="0058348E">
        <w:t>5</w:t>
      </w:r>
      <w:r>
        <w:t xml:space="preserve"> fee by </w:t>
      </w:r>
      <w:r w:rsidR="0058348E">
        <w:t>September 11</w:t>
      </w:r>
      <w:r w:rsidR="0058348E" w:rsidRPr="0058348E">
        <w:rPr>
          <w:vertAlign w:val="superscript"/>
        </w:rPr>
        <w:t>h</w:t>
      </w:r>
      <w:r w:rsidR="0058348E">
        <w:t>.  If paying by cash or check, please m</w:t>
      </w:r>
      <w:r>
        <w:t>ake checks payable to WL-S Cheer.</w:t>
      </w:r>
    </w:p>
    <w:p w14:paraId="7DFF0BA9" w14:textId="77777777" w:rsidR="00D33718" w:rsidRDefault="00000000">
      <w:pPr>
        <w:pStyle w:val="ListBullet"/>
        <w:spacing w:after="40"/>
        <w:ind w:left="504" w:hanging="216"/>
      </w:pPr>
      <w:r>
        <w:t>Financial Assistance: If camp fees present a hardship, please contact awygal@wlstigers.org.</w:t>
      </w:r>
    </w:p>
    <w:p w14:paraId="3C6F3ED1" w14:textId="77777777" w:rsidR="00D33718" w:rsidRDefault="00000000">
      <w:pPr>
        <w:spacing w:after="80"/>
      </w:pPr>
      <w:r>
        <w:t>This is an exciting way for your Little Tiger to get involved, show school spirit, and perform in front of the crowd!</w:t>
      </w:r>
    </w:p>
    <w:p w14:paraId="12C9AB79" w14:textId="77777777" w:rsidR="00D33718" w:rsidRDefault="00D33718">
      <w:pPr>
        <w:pBdr>
          <w:bottom w:val="single" w:sz="10" w:space="1" w:color="666666"/>
        </w:pBdr>
        <w:spacing w:after="60"/>
      </w:pPr>
    </w:p>
    <w:p w14:paraId="5DC408BD" w14:textId="5657612A" w:rsidR="00D33718" w:rsidRDefault="00000000">
      <w:pPr>
        <w:spacing w:after="40"/>
        <w:rPr>
          <w:rFonts w:ascii="Georgia" w:hAnsi="Georgia"/>
          <w:b/>
          <w:sz w:val="23"/>
        </w:rPr>
      </w:pPr>
      <w:r>
        <w:rPr>
          <w:rFonts w:ascii="Georgia" w:hAnsi="Georgia"/>
          <w:b/>
          <w:sz w:val="23"/>
        </w:rPr>
        <w:t xml:space="preserve">Fill out the form </w:t>
      </w:r>
      <w:r w:rsidR="00BC5745">
        <w:rPr>
          <w:rFonts w:ascii="Georgia" w:hAnsi="Georgia"/>
          <w:b/>
          <w:sz w:val="23"/>
        </w:rPr>
        <w:t>by Friday, September 11</w:t>
      </w:r>
      <w:r w:rsidR="00BC5745" w:rsidRPr="00BC5745">
        <w:rPr>
          <w:rFonts w:ascii="Georgia" w:hAnsi="Georgia"/>
          <w:b/>
          <w:sz w:val="23"/>
          <w:vertAlign w:val="superscript"/>
        </w:rPr>
        <w:t>th</w:t>
      </w:r>
      <w:r w:rsidR="00BC5745">
        <w:rPr>
          <w:rFonts w:ascii="Georgia" w:hAnsi="Georgia"/>
          <w:b/>
          <w:sz w:val="23"/>
        </w:rPr>
        <w:t xml:space="preserve">, 2026. </w:t>
      </w:r>
    </w:p>
    <w:p w14:paraId="75F47CA8" w14:textId="77777777" w:rsidR="00BC5745" w:rsidRDefault="00BC5745">
      <w:pPr>
        <w:spacing w:after="40"/>
      </w:pPr>
    </w:p>
    <w:p w14:paraId="449014F3" w14:textId="77777777" w:rsidR="00D33718" w:rsidRDefault="00000000">
      <w:pPr>
        <w:spacing w:after="140"/>
      </w:pPr>
      <w:r>
        <w:rPr>
          <w:rFonts w:ascii="Georgia" w:hAnsi="Georgia"/>
          <w:b/>
          <w:sz w:val="23"/>
        </w:rPr>
        <w:t>Checks may be made payable to WL-S Cheer. Keep the top portion for your reference.</w:t>
      </w:r>
    </w:p>
    <w:p w14:paraId="66808365" w14:textId="77777777" w:rsidR="00D33718" w:rsidRDefault="00000000">
      <w:pPr>
        <w:spacing w:after="160"/>
      </w:pPr>
      <w:r>
        <w:t>Student Name: ________________________________________________</w:t>
      </w:r>
    </w:p>
    <w:p w14:paraId="6B3DA0B7" w14:textId="77777777" w:rsidR="00D33718" w:rsidRDefault="00000000">
      <w:pPr>
        <w:spacing w:after="160"/>
      </w:pPr>
      <w:r>
        <w:t>Teacher Name: _________________________________   Grade _________</w:t>
      </w:r>
    </w:p>
    <w:p w14:paraId="3F01B423" w14:textId="78B48EB4" w:rsidR="00BC5745" w:rsidRDefault="00BC5745">
      <w:pPr>
        <w:spacing w:after="160"/>
      </w:pPr>
      <w:r>
        <w:t>Parent Name: ________________________________ Phone: _________________</w:t>
      </w:r>
    </w:p>
    <w:p w14:paraId="68A67517" w14:textId="3ED7E787" w:rsidR="00BC5745" w:rsidRDefault="00BC5745">
      <w:pPr>
        <w:spacing w:after="160"/>
      </w:pPr>
      <w:r>
        <w:t>Who will pick up? ___________________________________________________________</w:t>
      </w:r>
    </w:p>
    <w:p w14:paraId="75D86BA8" w14:textId="77777777" w:rsidR="00BC5745" w:rsidRDefault="00BC5745">
      <w:pPr>
        <w:spacing w:after="160"/>
      </w:pPr>
    </w:p>
    <w:p w14:paraId="364B8351" w14:textId="77777777" w:rsidR="00D33718" w:rsidRDefault="00000000">
      <w:pPr>
        <w:spacing w:after="100"/>
      </w:pPr>
      <w:r>
        <w:rPr>
          <w:b/>
          <w:sz w:val="22"/>
        </w:rPr>
        <w:t>T-Shirt Size: Please circle size requested below:</w:t>
      </w:r>
    </w:p>
    <w:p w14:paraId="09F99791" w14:textId="77777777" w:rsidR="00D33718" w:rsidRDefault="00000000">
      <w:pPr>
        <w:spacing w:after="60"/>
      </w:pPr>
      <w:r>
        <w:rPr>
          <w:b/>
          <w:sz w:val="22"/>
          <w:u w:val="single"/>
        </w:rPr>
        <w:t>T-Shirt Size (circle one):</w:t>
      </w:r>
    </w:p>
    <w:p w14:paraId="473840AF" w14:textId="77777777" w:rsidR="00D33718" w:rsidRDefault="00000000">
      <w:pPr>
        <w:pStyle w:val="ListBullet"/>
        <w:spacing w:after="40"/>
        <w:ind w:left="504" w:hanging="216"/>
      </w:pPr>
      <w:r w:rsidRPr="00BC5745">
        <w:rPr>
          <w:b/>
          <w:bCs/>
        </w:rPr>
        <w:t>Youth:</w:t>
      </w:r>
      <w:r>
        <w:t xml:space="preserve"> Small • Medium • Large</w:t>
      </w:r>
    </w:p>
    <w:p w14:paraId="54165D74" w14:textId="77777777" w:rsidR="00D33718" w:rsidRDefault="00000000">
      <w:pPr>
        <w:pStyle w:val="ListBullet"/>
        <w:spacing w:after="40"/>
        <w:ind w:left="504" w:hanging="216"/>
      </w:pPr>
      <w:r w:rsidRPr="00BC5745">
        <w:rPr>
          <w:b/>
          <w:bCs/>
        </w:rPr>
        <w:t>Adult:</w:t>
      </w:r>
      <w:r>
        <w:t xml:space="preserve"> Small • Medium • Large • X-Large</w:t>
      </w:r>
    </w:p>
    <w:sectPr w:rsidR="00D33718" w:rsidSect="00034616">
      <w:pgSz w:w="12240" w:h="15840"/>
      <w:pgMar w:top="504" w:right="648" w:bottom="504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87059479">
    <w:abstractNumId w:val="8"/>
  </w:num>
  <w:num w:numId="2" w16cid:durableId="1755473747">
    <w:abstractNumId w:val="6"/>
  </w:num>
  <w:num w:numId="3" w16cid:durableId="672268340">
    <w:abstractNumId w:val="5"/>
  </w:num>
  <w:num w:numId="4" w16cid:durableId="1571961695">
    <w:abstractNumId w:val="4"/>
  </w:num>
  <w:num w:numId="5" w16cid:durableId="1492063633">
    <w:abstractNumId w:val="7"/>
  </w:num>
  <w:num w:numId="6" w16cid:durableId="788207629">
    <w:abstractNumId w:val="3"/>
  </w:num>
  <w:num w:numId="7" w16cid:durableId="1353797754">
    <w:abstractNumId w:val="2"/>
  </w:num>
  <w:num w:numId="8" w16cid:durableId="1037390880">
    <w:abstractNumId w:val="1"/>
  </w:num>
  <w:num w:numId="9" w16cid:durableId="407770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8348E"/>
    <w:rsid w:val="006311CF"/>
    <w:rsid w:val="00AA1D8D"/>
    <w:rsid w:val="00B47730"/>
    <w:rsid w:val="00BC5745"/>
    <w:rsid w:val="00CB0664"/>
    <w:rsid w:val="00D33718"/>
    <w:rsid w:val="00EB617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C91A98D"/>
  <w14:defaultImageDpi w14:val="300"/>
  <w15:docId w15:val="{297CDBD2-288C-478A-8EBE-B8D537778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Allison Wygal</cp:lastModifiedBy>
  <cp:revision>2</cp:revision>
  <dcterms:created xsi:type="dcterms:W3CDTF">2026-09-02T15:38:00Z</dcterms:created>
  <dcterms:modified xsi:type="dcterms:W3CDTF">2026-09-02T15:38:00Z</dcterms:modified>
  <cp:category/>
</cp:coreProperties>
</file>